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2F4" w:rsidRPr="00792BFC" w:rsidRDefault="002C32F4" w:rsidP="002C32F4">
      <w:pPr>
        <w:spacing w:after="0"/>
        <w:ind w:left="2832"/>
        <w:rPr>
          <w:rFonts w:ascii="Times New Roman" w:hAnsi="Times New Roman" w:cs="Times New Roman"/>
          <w:b/>
          <w:sz w:val="26"/>
          <w:szCs w:val="26"/>
        </w:rPr>
      </w:pPr>
      <w:r w:rsidRPr="00792BFC">
        <w:rPr>
          <w:rFonts w:ascii="Times New Roman" w:hAnsi="Times New Roman" w:cs="Times New Roman"/>
          <w:b/>
          <w:sz w:val="26"/>
          <w:szCs w:val="26"/>
        </w:rPr>
        <w:t>ДО</w:t>
      </w:r>
    </w:p>
    <w:p w:rsidR="002C32F4" w:rsidRPr="00792BFC" w:rsidRDefault="002C32F4" w:rsidP="002C32F4">
      <w:pPr>
        <w:spacing w:after="0"/>
        <w:ind w:left="2832"/>
        <w:rPr>
          <w:rFonts w:ascii="Times New Roman" w:hAnsi="Times New Roman" w:cs="Times New Roman"/>
          <w:sz w:val="26"/>
          <w:szCs w:val="26"/>
        </w:rPr>
      </w:pPr>
      <w:r w:rsidRPr="00792BFC">
        <w:rPr>
          <w:rFonts w:ascii="Times New Roman" w:hAnsi="Times New Roman" w:cs="Times New Roman"/>
          <w:sz w:val="26"/>
          <w:szCs w:val="26"/>
        </w:rPr>
        <w:t xml:space="preserve">Г-Н ИВАН АЛЕКСИЕВ </w:t>
      </w:r>
    </w:p>
    <w:p w:rsidR="002C32F4" w:rsidRPr="00792BFC" w:rsidRDefault="002C32F4" w:rsidP="002C32F4">
      <w:pPr>
        <w:spacing w:after="0"/>
        <w:ind w:left="2832"/>
        <w:rPr>
          <w:rFonts w:ascii="Times New Roman" w:hAnsi="Times New Roman" w:cs="Times New Roman"/>
          <w:sz w:val="26"/>
          <w:szCs w:val="26"/>
        </w:rPr>
      </w:pPr>
      <w:r w:rsidRPr="00792BFC">
        <w:rPr>
          <w:rFonts w:ascii="Times New Roman" w:hAnsi="Times New Roman" w:cs="Times New Roman"/>
          <w:sz w:val="26"/>
          <w:szCs w:val="26"/>
        </w:rPr>
        <w:t>КМЕТ НА ОБЩИНА ПОМОРИЕ</w:t>
      </w:r>
    </w:p>
    <w:p w:rsidR="002C32F4" w:rsidRPr="00792BFC" w:rsidRDefault="002C32F4" w:rsidP="002C32F4">
      <w:pPr>
        <w:spacing w:after="0"/>
        <w:ind w:left="2832"/>
        <w:jc w:val="right"/>
        <w:rPr>
          <w:rFonts w:ascii="Times New Roman" w:hAnsi="Times New Roman" w:cs="Times New Roman"/>
          <w:sz w:val="26"/>
          <w:szCs w:val="26"/>
        </w:rPr>
      </w:pPr>
    </w:p>
    <w:p w:rsidR="002C32F4" w:rsidRPr="00792BFC" w:rsidRDefault="002C32F4" w:rsidP="002C32F4">
      <w:pPr>
        <w:spacing w:after="0"/>
        <w:ind w:left="2832"/>
        <w:jc w:val="right"/>
        <w:rPr>
          <w:rFonts w:ascii="Times New Roman" w:hAnsi="Times New Roman" w:cs="Times New Roman"/>
          <w:sz w:val="26"/>
          <w:szCs w:val="26"/>
        </w:rPr>
      </w:pPr>
    </w:p>
    <w:p w:rsidR="002C32F4" w:rsidRPr="00792BFC" w:rsidRDefault="002C32F4" w:rsidP="002C32F4">
      <w:pPr>
        <w:spacing w:after="0"/>
        <w:ind w:left="2832"/>
        <w:rPr>
          <w:rFonts w:ascii="Times New Roman" w:hAnsi="Times New Roman" w:cs="Times New Roman"/>
          <w:b/>
          <w:sz w:val="26"/>
          <w:szCs w:val="26"/>
        </w:rPr>
      </w:pPr>
      <w:r w:rsidRPr="00792BFC">
        <w:rPr>
          <w:rFonts w:ascii="Times New Roman" w:hAnsi="Times New Roman" w:cs="Times New Roman"/>
          <w:b/>
          <w:sz w:val="26"/>
          <w:szCs w:val="26"/>
        </w:rPr>
        <w:t>ЧРЕЗ</w:t>
      </w:r>
    </w:p>
    <w:p w:rsidR="002C32F4" w:rsidRPr="00792BFC" w:rsidRDefault="002C32F4" w:rsidP="002C32F4">
      <w:pPr>
        <w:spacing w:after="0"/>
        <w:ind w:left="2832"/>
        <w:rPr>
          <w:rFonts w:ascii="Times New Roman" w:hAnsi="Times New Roman" w:cs="Times New Roman"/>
          <w:sz w:val="26"/>
          <w:szCs w:val="26"/>
        </w:rPr>
      </w:pPr>
      <w:r w:rsidRPr="00792BFC">
        <w:rPr>
          <w:rFonts w:ascii="Times New Roman" w:hAnsi="Times New Roman" w:cs="Times New Roman"/>
          <w:sz w:val="26"/>
          <w:szCs w:val="26"/>
        </w:rPr>
        <w:t xml:space="preserve">Г-Н АДАМ АДАМОВ                                                                                                                                                                      </w:t>
      </w:r>
    </w:p>
    <w:p w:rsidR="002C32F4" w:rsidRPr="00792BFC" w:rsidRDefault="002C32F4" w:rsidP="002C32F4">
      <w:pPr>
        <w:spacing w:after="0"/>
        <w:ind w:left="2832"/>
        <w:rPr>
          <w:rFonts w:ascii="Times New Roman" w:hAnsi="Times New Roman" w:cs="Times New Roman"/>
          <w:sz w:val="26"/>
          <w:szCs w:val="26"/>
        </w:rPr>
      </w:pPr>
      <w:r w:rsidRPr="00792BFC">
        <w:rPr>
          <w:rFonts w:ascii="Times New Roman" w:hAnsi="Times New Roman" w:cs="Times New Roman"/>
          <w:sz w:val="26"/>
          <w:szCs w:val="26"/>
        </w:rPr>
        <w:t>ПРЕДСЕДАТЕЛ НА ОБЩИНСКИ СЪВЕТ-ПОМОРИЕ</w:t>
      </w:r>
    </w:p>
    <w:p w:rsidR="002C32F4" w:rsidRPr="002C32F4" w:rsidRDefault="000D65BF" w:rsidP="002C32F4">
      <w:pPr>
        <w:jc w:val="center"/>
        <w:rPr>
          <w:rFonts w:ascii="Times New Roman" w:hAnsi="Times New Roman" w:cs="Times New Roman"/>
          <w:b/>
          <w:sz w:val="36"/>
          <w:szCs w:val="36"/>
          <w:lang w:val="bg-BG"/>
        </w:rPr>
      </w:pPr>
      <w:r w:rsidRPr="003D1E00">
        <w:rPr>
          <w:rFonts w:ascii="Times New Roman" w:hAnsi="Times New Roman" w:cs="Times New Roman"/>
        </w:rPr>
        <w:br/>
      </w:r>
      <w:r w:rsidRPr="003D1E00">
        <w:rPr>
          <w:rFonts w:ascii="Times New Roman" w:hAnsi="Times New Roman" w:cs="Times New Roman"/>
        </w:rPr>
        <w:br/>
      </w:r>
      <w:r w:rsidRPr="002C32F4">
        <w:rPr>
          <w:rFonts w:ascii="Times New Roman" w:hAnsi="Times New Roman" w:cs="Times New Roman"/>
          <w:b/>
          <w:sz w:val="36"/>
          <w:szCs w:val="36"/>
        </w:rPr>
        <w:t>ПИТАНЕ</w:t>
      </w:r>
    </w:p>
    <w:p w:rsidR="002C32F4" w:rsidRPr="002C32F4" w:rsidRDefault="002C32F4" w:rsidP="002C32F4">
      <w:pPr>
        <w:jc w:val="center"/>
        <w:rPr>
          <w:rFonts w:ascii="Times New Roman" w:hAnsi="Times New Roman" w:cs="Times New Roman"/>
          <w:sz w:val="28"/>
          <w:szCs w:val="28"/>
          <w:lang w:val="bg-BG"/>
        </w:rPr>
      </w:pPr>
      <w:r w:rsidRPr="002C32F4">
        <w:rPr>
          <w:rFonts w:ascii="Times New Roman" w:hAnsi="Times New Roman" w:cs="Times New Roman"/>
          <w:sz w:val="28"/>
          <w:szCs w:val="28"/>
        </w:rPr>
        <w:t xml:space="preserve">ОТ: </w:t>
      </w:r>
      <w:proofErr w:type="spellStart"/>
      <w:r w:rsidRPr="002C32F4">
        <w:rPr>
          <w:rFonts w:ascii="Times New Roman" w:hAnsi="Times New Roman" w:cs="Times New Roman"/>
          <w:sz w:val="28"/>
          <w:szCs w:val="28"/>
        </w:rPr>
        <w:t>Милен</w:t>
      </w:r>
      <w:proofErr w:type="spellEnd"/>
      <w:r w:rsidRPr="002C3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2F4">
        <w:rPr>
          <w:rFonts w:ascii="Times New Roman" w:hAnsi="Times New Roman" w:cs="Times New Roman"/>
          <w:sz w:val="28"/>
          <w:szCs w:val="28"/>
        </w:rPr>
        <w:t>Манолов</w:t>
      </w:r>
      <w:proofErr w:type="spellEnd"/>
      <w:r w:rsidRPr="002C32F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C32F4">
        <w:rPr>
          <w:rFonts w:ascii="Times New Roman" w:hAnsi="Times New Roman" w:cs="Times New Roman"/>
          <w:sz w:val="28"/>
          <w:szCs w:val="28"/>
        </w:rPr>
        <w:t>общински</w:t>
      </w:r>
      <w:proofErr w:type="spellEnd"/>
      <w:r w:rsidRPr="002C3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2F4">
        <w:rPr>
          <w:rFonts w:ascii="Times New Roman" w:hAnsi="Times New Roman" w:cs="Times New Roman"/>
          <w:sz w:val="28"/>
          <w:szCs w:val="28"/>
        </w:rPr>
        <w:t>съветник</w:t>
      </w:r>
      <w:proofErr w:type="spellEnd"/>
    </w:p>
    <w:p w:rsidR="005F592C" w:rsidRPr="002C32F4" w:rsidRDefault="002C32F4" w:rsidP="002C32F4">
      <w:pPr>
        <w:rPr>
          <w:rFonts w:ascii="Times New Roman" w:hAnsi="Times New Roman" w:cs="Times New Roman"/>
          <w:sz w:val="28"/>
          <w:szCs w:val="28"/>
        </w:rPr>
      </w:pPr>
      <w:r w:rsidRPr="002C32F4">
        <w:rPr>
          <w:rFonts w:ascii="Times New Roman" w:hAnsi="Times New Roman" w:cs="Times New Roman"/>
          <w:b/>
          <w:sz w:val="28"/>
          <w:szCs w:val="28"/>
          <w:lang w:val="bg-BG"/>
        </w:rPr>
        <w:t>О</w:t>
      </w:r>
      <w:proofErr w:type="spellStart"/>
      <w:r w:rsidR="000D65BF" w:rsidRPr="002C32F4">
        <w:rPr>
          <w:rFonts w:ascii="Times New Roman" w:hAnsi="Times New Roman" w:cs="Times New Roman"/>
          <w:b/>
          <w:sz w:val="28"/>
          <w:szCs w:val="28"/>
        </w:rPr>
        <w:t>тносно</w:t>
      </w:r>
      <w:proofErr w:type="spellEnd"/>
      <w:r w:rsidR="000D65BF" w:rsidRPr="002C32F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0D65BF" w:rsidRPr="002C32F4">
        <w:rPr>
          <w:rFonts w:ascii="Times New Roman" w:hAnsi="Times New Roman" w:cs="Times New Roman"/>
          <w:sz w:val="28"/>
          <w:szCs w:val="28"/>
        </w:rPr>
        <w:t>дейността</w:t>
      </w:r>
      <w:proofErr w:type="spellEnd"/>
      <w:r w:rsidR="000D65BF" w:rsidRPr="002C3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5BF" w:rsidRPr="002C32F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0D65BF" w:rsidRPr="002C3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5BF" w:rsidRPr="002C32F4">
        <w:rPr>
          <w:rFonts w:ascii="Times New Roman" w:hAnsi="Times New Roman" w:cs="Times New Roman"/>
          <w:sz w:val="28"/>
          <w:szCs w:val="28"/>
        </w:rPr>
        <w:t>Местната</w:t>
      </w:r>
      <w:proofErr w:type="spellEnd"/>
      <w:r w:rsidR="000D65BF" w:rsidRPr="002C32F4">
        <w:rPr>
          <w:rFonts w:ascii="Times New Roman" w:hAnsi="Times New Roman" w:cs="Times New Roman"/>
          <w:sz w:val="28"/>
          <w:szCs w:val="28"/>
        </w:rPr>
        <w:t xml:space="preserve"> комисия за борба с противообществените прояви на малолетни и </w:t>
      </w:r>
      <w:r w:rsidR="000D65BF" w:rsidRPr="002C32F4">
        <w:rPr>
          <w:rFonts w:ascii="Times New Roman" w:hAnsi="Times New Roman" w:cs="Times New Roman"/>
          <w:sz w:val="28"/>
          <w:szCs w:val="28"/>
        </w:rPr>
        <w:t>непълнолетни в Община Поморие</w:t>
      </w:r>
    </w:p>
    <w:p w:rsidR="005F592C" w:rsidRPr="002C32F4" w:rsidRDefault="000D65BF">
      <w:pPr>
        <w:rPr>
          <w:rFonts w:ascii="Times New Roman" w:hAnsi="Times New Roman" w:cs="Times New Roman"/>
          <w:sz w:val="28"/>
          <w:szCs w:val="28"/>
        </w:rPr>
      </w:pPr>
      <w:r w:rsidRPr="002C32F4">
        <w:rPr>
          <w:rFonts w:ascii="Times New Roman" w:hAnsi="Times New Roman" w:cs="Times New Roman"/>
          <w:sz w:val="28"/>
          <w:szCs w:val="28"/>
        </w:rPr>
        <w:t xml:space="preserve">Уважаеми г-н </w:t>
      </w:r>
      <w:r w:rsidR="003D1E00" w:rsidRPr="002C32F4">
        <w:rPr>
          <w:rFonts w:ascii="Times New Roman" w:hAnsi="Times New Roman" w:cs="Times New Roman"/>
          <w:sz w:val="28"/>
          <w:szCs w:val="28"/>
          <w:lang w:val="bg-BG"/>
        </w:rPr>
        <w:t>Алексиев</w:t>
      </w:r>
      <w:proofErr w:type="gramStart"/>
      <w:r w:rsidRPr="002C32F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C32F4">
        <w:rPr>
          <w:rFonts w:ascii="Times New Roman" w:hAnsi="Times New Roman" w:cs="Times New Roman"/>
          <w:sz w:val="28"/>
          <w:szCs w:val="28"/>
        </w:rPr>
        <w:br/>
      </w:r>
      <w:r w:rsidRPr="002C32F4">
        <w:rPr>
          <w:rFonts w:ascii="Times New Roman" w:hAnsi="Times New Roman" w:cs="Times New Roman"/>
          <w:sz w:val="28"/>
          <w:szCs w:val="28"/>
        </w:rPr>
        <w:br/>
        <w:t>С оглед на зачестилите в страната случаи на противообществени прояви и престъпления, извършвани от малолетни и непълнолетни лица, считам за необходимо да се обърне особено внимание на превенцията и работат</w:t>
      </w:r>
      <w:r w:rsidRPr="002C32F4">
        <w:rPr>
          <w:rFonts w:ascii="Times New Roman" w:hAnsi="Times New Roman" w:cs="Times New Roman"/>
          <w:sz w:val="28"/>
          <w:szCs w:val="28"/>
        </w:rPr>
        <w:t>а с подрастващите на местно ниво.</w:t>
      </w:r>
      <w:r w:rsidRPr="002C32F4">
        <w:rPr>
          <w:rFonts w:ascii="Times New Roman" w:hAnsi="Times New Roman" w:cs="Times New Roman"/>
          <w:sz w:val="28"/>
          <w:szCs w:val="28"/>
        </w:rPr>
        <w:br/>
      </w:r>
      <w:r w:rsidRPr="002C32F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2C32F4">
        <w:rPr>
          <w:rFonts w:ascii="Times New Roman" w:hAnsi="Times New Roman" w:cs="Times New Roman"/>
          <w:sz w:val="28"/>
          <w:szCs w:val="28"/>
        </w:rPr>
        <w:t>В</w:t>
      </w:r>
      <w:r w:rsidR="00C516D6" w:rsidRPr="002C32F4">
        <w:rPr>
          <w:rFonts w:ascii="Times New Roman" w:hAnsi="Times New Roman" w:cs="Times New Roman"/>
          <w:sz w:val="28"/>
          <w:szCs w:val="28"/>
          <w:lang w:val="bg-BG"/>
        </w:rPr>
        <w:t>ъв</w:t>
      </w:r>
      <w:r w:rsidRPr="002C3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2F4">
        <w:rPr>
          <w:rFonts w:ascii="Times New Roman" w:hAnsi="Times New Roman" w:cs="Times New Roman"/>
          <w:sz w:val="28"/>
          <w:szCs w:val="28"/>
        </w:rPr>
        <w:t>връзка</w:t>
      </w:r>
      <w:proofErr w:type="spellEnd"/>
      <w:r w:rsidRPr="002C32F4">
        <w:rPr>
          <w:rFonts w:ascii="Times New Roman" w:hAnsi="Times New Roman" w:cs="Times New Roman"/>
          <w:sz w:val="28"/>
          <w:szCs w:val="28"/>
        </w:rPr>
        <w:t xml:space="preserve"> </w:t>
      </w:r>
      <w:r w:rsidR="00C516D6" w:rsidRPr="002C32F4">
        <w:rPr>
          <w:rFonts w:ascii="Times New Roman" w:hAnsi="Times New Roman" w:cs="Times New Roman"/>
          <w:sz w:val="28"/>
          <w:szCs w:val="28"/>
          <w:lang w:val="bg-BG"/>
        </w:rPr>
        <w:t xml:space="preserve">с приетия Общински план за младежта </w:t>
      </w:r>
      <w:r w:rsidRPr="002C32F4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2C32F4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2C3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2F4">
        <w:rPr>
          <w:rFonts w:ascii="Times New Roman" w:hAnsi="Times New Roman" w:cs="Times New Roman"/>
          <w:sz w:val="28"/>
          <w:szCs w:val="28"/>
        </w:rPr>
        <w:t>основание</w:t>
      </w:r>
      <w:proofErr w:type="spellEnd"/>
      <w:r w:rsidRPr="002C3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2F4">
        <w:rPr>
          <w:rFonts w:ascii="Times New Roman" w:hAnsi="Times New Roman" w:cs="Times New Roman"/>
          <w:sz w:val="28"/>
          <w:szCs w:val="28"/>
        </w:rPr>
        <w:t>чл</w:t>
      </w:r>
      <w:proofErr w:type="spellEnd"/>
      <w:r w:rsidRPr="002C32F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C32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C32F4">
        <w:rPr>
          <w:rFonts w:ascii="Times New Roman" w:hAnsi="Times New Roman" w:cs="Times New Roman"/>
          <w:sz w:val="28"/>
          <w:szCs w:val="28"/>
        </w:rPr>
        <w:t>33, ал.</w:t>
      </w:r>
      <w:proofErr w:type="gramEnd"/>
      <w:r w:rsidRPr="002C32F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C32F4">
        <w:rPr>
          <w:rFonts w:ascii="Times New Roman" w:hAnsi="Times New Roman" w:cs="Times New Roman"/>
          <w:sz w:val="28"/>
          <w:szCs w:val="28"/>
        </w:rPr>
        <w:t xml:space="preserve">1, т. </w:t>
      </w:r>
      <w:r w:rsidR="005A5FB7" w:rsidRPr="002C32F4">
        <w:rPr>
          <w:rFonts w:ascii="Times New Roman" w:hAnsi="Times New Roman" w:cs="Times New Roman"/>
          <w:sz w:val="28"/>
          <w:szCs w:val="28"/>
          <w:lang w:val="bg-BG"/>
        </w:rPr>
        <w:t>4 и чл.</w:t>
      </w:r>
      <w:proofErr w:type="gramEnd"/>
      <w:r w:rsidR="005A5FB7" w:rsidRPr="002C32F4">
        <w:rPr>
          <w:rFonts w:ascii="Times New Roman" w:hAnsi="Times New Roman" w:cs="Times New Roman"/>
          <w:sz w:val="28"/>
          <w:szCs w:val="28"/>
          <w:lang w:val="bg-BG"/>
        </w:rPr>
        <w:t xml:space="preserve"> 21, т. </w:t>
      </w:r>
      <w:r w:rsidR="00C516D6" w:rsidRPr="002C32F4">
        <w:rPr>
          <w:rFonts w:ascii="Times New Roman" w:hAnsi="Times New Roman" w:cs="Times New Roman"/>
          <w:sz w:val="28"/>
          <w:szCs w:val="28"/>
          <w:lang w:val="bg-BG"/>
        </w:rPr>
        <w:t>2</w:t>
      </w:r>
      <w:r w:rsidR="005A5FB7" w:rsidRPr="002C32F4">
        <w:rPr>
          <w:rFonts w:ascii="Times New Roman" w:hAnsi="Times New Roman" w:cs="Times New Roman"/>
          <w:sz w:val="28"/>
          <w:szCs w:val="28"/>
          <w:lang w:val="bg-BG"/>
        </w:rPr>
        <w:t>4</w:t>
      </w:r>
      <w:r w:rsidRPr="002C3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2F4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2C32F4">
        <w:rPr>
          <w:rFonts w:ascii="Times New Roman" w:hAnsi="Times New Roman" w:cs="Times New Roman"/>
          <w:sz w:val="28"/>
          <w:szCs w:val="28"/>
        </w:rPr>
        <w:t xml:space="preserve"> ЗМСМА, </w:t>
      </w:r>
      <w:proofErr w:type="spellStart"/>
      <w:r w:rsidRPr="002C32F4">
        <w:rPr>
          <w:rFonts w:ascii="Times New Roman" w:hAnsi="Times New Roman" w:cs="Times New Roman"/>
          <w:sz w:val="28"/>
          <w:szCs w:val="28"/>
        </w:rPr>
        <w:t>отправям</w:t>
      </w:r>
      <w:proofErr w:type="spellEnd"/>
      <w:r w:rsidRPr="002C3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2F4">
        <w:rPr>
          <w:rFonts w:ascii="Times New Roman" w:hAnsi="Times New Roman" w:cs="Times New Roman"/>
          <w:sz w:val="28"/>
          <w:szCs w:val="28"/>
        </w:rPr>
        <w:t>следното</w:t>
      </w:r>
      <w:proofErr w:type="spellEnd"/>
      <w:r w:rsidRPr="002C3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2F4">
        <w:rPr>
          <w:rFonts w:ascii="Times New Roman" w:hAnsi="Times New Roman" w:cs="Times New Roman"/>
          <w:sz w:val="28"/>
          <w:szCs w:val="28"/>
        </w:rPr>
        <w:t>питане</w:t>
      </w:r>
      <w:proofErr w:type="spellEnd"/>
      <w:r w:rsidRPr="002C32F4">
        <w:rPr>
          <w:rFonts w:ascii="Times New Roman" w:hAnsi="Times New Roman" w:cs="Times New Roman"/>
          <w:sz w:val="28"/>
          <w:szCs w:val="28"/>
        </w:rPr>
        <w:t>:</w:t>
      </w:r>
      <w:r w:rsidRPr="002C32F4">
        <w:rPr>
          <w:rFonts w:ascii="Times New Roman" w:hAnsi="Times New Roman" w:cs="Times New Roman"/>
          <w:sz w:val="28"/>
          <w:szCs w:val="28"/>
        </w:rPr>
        <w:br/>
      </w:r>
      <w:r w:rsidRPr="002C32F4">
        <w:rPr>
          <w:rFonts w:ascii="Times New Roman" w:hAnsi="Times New Roman" w:cs="Times New Roman"/>
          <w:sz w:val="28"/>
          <w:szCs w:val="28"/>
        </w:rPr>
        <w:br/>
        <w:t xml:space="preserve">1. </w:t>
      </w:r>
      <w:proofErr w:type="gramStart"/>
      <w:r w:rsidRPr="002C32F4">
        <w:rPr>
          <w:rFonts w:ascii="Times New Roman" w:hAnsi="Times New Roman" w:cs="Times New Roman"/>
          <w:sz w:val="28"/>
          <w:szCs w:val="28"/>
        </w:rPr>
        <w:t xml:space="preserve">Какви мероприятия по организиране и реализиране на инициативи за първична превенция са проведени през 2025 г. </w:t>
      </w:r>
      <w:r w:rsidRPr="002C32F4">
        <w:rPr>
          <w:rFonts w:ascii="Times New Roman" w:hAnsi="Times New Roman" w:cs="Times New Roman"/>
          <w:sz w:val="28"/>
          <w:szCs w:val="28"/>
        </w:rPr>
        <w:t>на територията на Община Поморие?</w:t>
      </w:r>
      <w:proofErr w:type="gramEnd"/>
      <w:r w:rsidRPr="002C32F4">
        <w:rPr>
          <w:rFonts w:ascii="Times New Roman" w:hAnsi="Times New Roman" w:cs="Times New Roman"/>
          <w:sz w:val="28"/>
          <w:szCs w:val="28"/>
        </w:rPr>
        <w:br/>
        <w:t>2. Проведени ли са срещи с директори на училища, педагогически съветници и класни ръководители, и ако да – кога и с какъв резултат?</w:t>
      </w:r>
      <w:r w:rsidRPr="002C32F4">
        <w:rPr>
          <w:rFonts w:ascii="Times New Roman" w:hAnsi="Times New Roman" w:cs="Times New Roman"/>
          <w:sz w:val="28"/>
          <w:szCs w:val="28"/>
        </w:rPr>
        <w:br/>
        <w:t>3. Привлечени ли са родителите като партньори в превантивните дейности?</w:t>
      </w:r>
      <w:r w:rsidRPr="002C32F4">
        <w:rPr>
          <w:rFonts w:ascii="Times New Roman" w:hAnsi="Times New Roman" w:cs="Times New Roman"/>
          <w:sz w:val="28"/>
          <w:szCs w:val="28"/>
        </w:rPr>
        <w:br/>
        <w:t>4. Какъв процент о</w:t>
      </w:r>
      <w:r w:rsidRPr="002C32F4">
        <w:rPr>
          <w:rFonts w:ascii="Times New Roman" w:hAnsi="Times New Roman" w:cs="Times New Roman"/>
          <w:sz w:val="28"/>
          <w:szCs w:val="28"/>
        </w:rPr>
        <w:t xml:space="preserve">т непълнолетните лица в общината е обхванат от </w:t>
      </w:r>
      <w:r w:rsidRPr="002C32F4">
        <w:rPr>
          <w:rFonts w:ascii="Times New Roman" w:hAnsi="Times New Roman" w:cs="Times New Roman"/>
          <w:sz w:val="28"/>
          <w:szCs w:val="28"/>
        </w:rPr>
        <w:lastRenderedPageBreak/>
        <w:t>тези инициативи?</w:t>
      </w:r>
      <w:r w:rsidRPr="002C32F4">
        <w:rPr>
          <w:rFonts w:ascii="Times New Roman" w:hAnsi="Times New Roman" w:cs="Times New Roman"/>
          <w:sz w:val="28"/>
          <w:szCs w:val="28"/>
        </w:rPr>
        <w:br/>
        <w:t xml:space="preserve">5. С какъв бюджет разполага Местната комисия за 2025 </w:t>
      </w:r>
      <w:proofErr w:type="gramStart"/>
      <w:r w:rsidRPr="002C32F4">
        <w:rPr>
          <w:rFonts w:ascii="Times New Roman" w:hAnsi="Times New Roman" w:cs="Times New Roman"/>
          <w:sz w:val="28"/>
          <w:szCs w:val="28"/>
        </w:rPr>
        <w:t>г.?</w:t>
      </w:r>
      <w:proofErr w:type="gramEnd"/>
      <w:r w:rsidRPr="002C32F4">
        <w:rPr>
          <w:rFonts w:ascii="Times New Roman" w:hAnsi="Times New Roman" w:cs="Times New Roman"/>
          <w:sz w:val="28"/>
          <w:szCs w:val="28"/>
        </w:rPr>
        <w:br/>
        <w:t>6. Моля да бъде предоставен отчет на Кабинета за социална превенция и консултиране – проведени дейности, брой консултирани лица, видове</w:t>
      </w:r>
      <w:r w:rsidRPr="002C32F4">
        <w:rPr>
          <w:rFonts w:ascii="Times New Roman" w:hAnsi="Times New Roman" w:cs="Times New Roman"/>
          <w:sz w:val="28"/>
          <w:szCs w:val="28"/>
        </w:rPr>
        <w:t xml:space="preserve"> услуги.</w:t>
      </w:r>
      <w:r w:rsidRPr="002C32F4">
        <w:rPr>
          <w:rFonts w:ascii="Times New Roman" w:hAnsi="Times New Roman" w:cs="Times New Roman"/>
          <w:sz w:val="28"/>
          <w:szCs w:val="28"/>
        </w:rPr>
        <w:br/>
        <w:t xml:space="preserve">7. Колко възпитателни дела са разгледани през 2025 </w:t>
      </w:r>
      <w:proofErr w:type="gramStart"/>
      <w:r w:rsidRPr="002C32F4">
        <w:rPr>
          <w:rFonts w:ascii="Times New Roman" w:hAnsi="Times New Roman" w:cs="Times New Roman"/>
          <w:sz w:val="28"/>
          <w:szCs w:val="28"/>
        </w:rPr>
        <w:t>г.?</w:t>
      </w:r>
      <w:proofErr w:type="gramEnd"/>
      <w:r w:rsidRPr="002C32F4">
        <w:rPr>
          <w:rFonts w:ascii="Times New Roman" w:hAnsi="Times New Roman" w:cs="Times New Roman"/>
          <w:sz w:val="28"/>
          <w:szCs w:val="28"/>
        </w:rPr>
        <w:br/>
        <w:t>8. Колко деца са преминали през Детска педагогическа стая, колко се водят на отчет, и какъв е техният профил по възраст и пол?</w:t>
      </w:r>
      <w:r w:rsidRPr="002C32F4">
        <w:rPr>
          <w:rFonts w:ascii="Times New Roman" w:hAnsi="Times New Roman" w:cs="Times New Roman"/>
          <w:sz w:val="28"/>
          <w:szCs w:val="28"/>
        </w:rPr>
        <w:br/>
        <w:t>9. Колко деца с противообществени прояви са консултирани, както и</w:t>
      </w:r>
      <w:r w:rsidRPr="002C32F4">
        <w:rPr>
          <w:rFonts w:ascii="Times New Roman" w:hAnsi="Times New Roman" w:cs="Times New Roman"/>
          <w:sz w:val="28"/>
          <w:szCs w:val="28"/>
        </w:rPr>
        <w:t xml:space="preserve"> колко семейни и детски консултации са проведени през годината?</w:t>
      </w:r>
      <w:r w:rsidRPr="002C32F4">
        <w:rPr>
          <w:rFonts w:ascii="Times New Roman" w:hAnsi="Times New Roman" w:cs="Times New Roman"/>
          <w:sz w:val="28"/>
          <w:szCs w:val="28"/>
        </w:rPr>
        <w:br/>
      </w:r>
      <w:r w:rsidRPr="002C32F4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2C32F4">
        <w:rPr>
          <w:rFonts w:ascii="Times New Roman" w:hAnsi="Times New Roman" w:cs="Times New Roman"/>
          <w:sz w:val="28"/>
          <w:szCs w:val="28"/>
        </w:rPr>
        <w:t>Считам, че посочената информация ще бъде полезна за оценка на ефективността на дейността на комисията и за планиране на по-активни мерки за превенция на противообществени прояви сред децата и</w:t>
      </w:r>
      <w:r w:rsidRPr="002C32F4">
        <w:rPr>
          <w:rFonts w:ascii="Times New Roman" w:hAnsi="Times New Roman" w:cs="Times New Roman"/>
          <w:sz w:val="28"/>
          <w:szCs w:val="28"/>
        </w:rPr>
        <w:t xml:space="preserve"> младежите в нашата община.</w:t>
      </w:r>
      <w:proofErr w:type="gramEnd"/>
      <w:r w:rsidRPr="002C32F4">
        <w:rPr>
          <w:rFonts w:ascii="Times New Roman" w:hAnsi="Times New Roman" w:cs="Times New Roman"/>
          <w:sz w:val="28"/>
          <w:szCs w:val="28"/>
        </w:rPr>
        <w:br/>
      </w:r>
      <w:r w:rsidRPr="002C32F4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="002C32F4" w:rsidRPr="002C32F4">
        <w:rPr>
          <w:rFonts w:ascii="Times New Roman" w:hAnsi="Times New Roman" w:cs="Times New Roman"/>
          <w:sz w:val="28"/>
          <w:szCs w:val="28"/>
        </w:rPr>
        <w:t>Моля</w:t>
      </w:r>
      <w:proofErr w:type="spellEnd"/>
      <w:r w:rsidR="002C32F4" w:rsidRPr="002C32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C32F4" w:rsidRPr="002C32F4">
        <w:rPr>
          <w:rFonts w:ascii="Times New Roman" w:hAnsi="Times New Roman" w:cs="Times New Roman"/>
          <w:sz w:val="28"/>
          <w:szCs w:val="28"/>
        </w:rPr>
        <w:t>отговорът</w:t>
      </w:r>
      <w:proofErr w:type="spellEnd"/>
      <w:r w:rsidR="002C32F4" w:rsidRPr="002C3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2F4" w:rsidRPr="002C32F4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="002C32F4" w:rsidRPr="002C3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2F4" w:rsidRPr="002C32F4">
        <w:rPr>
          <w:rFonts w:ascii="Times New Roman" w:hAnsi="Times New Roman" w:cs="Times New Roman"/>
          <w:sz w:val="28"/>
          <w:szCs w:val="28"/>
        </w:rPr>
        <w:t>бъде</w:t>
      </w:r>
      <w:proofErr w:type="spellEnd"/>
      <w:r w:rsidR="002C32F4" w:rsidRPr="002C3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2F4" w:rsidRPr="002C32F4">
        <w:rPr>
          <w:rFonts w:ascii="Times New Roman" w:hAnsi="Times New Roman" w:cs="Times New Roman"/>
          <w:sz w:val="28"/>
          <w:szCs w:val="28"/>
        </w:rPr>
        <w:t>предоставен</w:t>
      </w:r>
      <w:proofErr w:type="spellEnd"/>
      <w:r w:rsidR="002C32F4" w:rsidRPr="002C32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32F4" w:rsidRPr="002C32F4">
        <w:rPr>
          <w:rFonts w:ascii="Times New Roman" w:hAnsi="Times New Roman" w:cs="Times New Roman"/>
          <w:sz w:val="28"/>
          <w:szCs w:val="28"/>
        </w:rPr>
        <w:t>писмено</w:t>
      </w:r>
      <w:proofErr w:type="spellEnd"/>
      <w:r w:rsidR="002C32F4" w:rsidRPr="002C32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C32F4" w:rsidRPr="002C32F4">
        <w:rPr>
          <w:rStyle w:val="Strong"/>
          <w:rFonts w:ascii="Times New Roman" w:hAnsi="Times New Roman" w:cs="Times New Roman"/>
          <w:b w:val="0"/>
          <w:sz w:val="28"/>
          <w:szCs w:val="28"/>
        </w:rPr>
        <w:t>съгласно</w:t>
      </w:r>
      <w:proofErr w:type="spellEnd"/>
      <w:r w:rsidR="002C32F4" w:rsidRPr="002C32F4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2C32F4" w:rsidRPr="002C32F4">
        <w:rPr>
          <w:rStyle w:val="Strong"/>
          <w:rFonts w:ascii="Times New Roman" w:hAnsi="Times New Roman" w:cs="Times New Roman"/>
          <w:b w:val="0"/>
          <w:sz w:val="28"/>
          <w:szCs w:val="28"/>
        </w:rPr>
        <w:t>чл</w:t>
      </w:r>
      <w:proofErr w:type="spellEnd"/>
      <w:r w:rsidR="002C32F4" w:rsidRPr="002C32F4">
        <w:rPr>
          <w:rStyle w:val="Strong"/>
          <w:rFonts w:ascii="Times New Roman" w:hAnsi="Times New Roman" w:cs="Times New Roman"/>
          <w:b w:val="0"/>
          <w:sz w:val="28"/>
          <w:szCs w:val="28"/>
        </w:rPr>
        <w:t>.</w:t>
      </w:r>
      <w:proofErr w:type="gramEnd"/>
      <w:r w:rsidR="002C32F4" w:rsidRPr="002C32F4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C32F4" w:rsidRPr="002C32F4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33, </w:t>
      </w:r>
      <w:proofErr w:type="spellStart"/>
      <w:r w:rsidR="002C32F4" w:rsidRPr="002C32F4">
        <w:rPr>
          <w:rStyle w:val="Strong"/>
          <w:rFonts w:ascii="Times New Roman" w:hAnsi="Times New Roman" w:cs="Times New Roman"/>
          <w:b w:val="0"/>
          <w:sz w:val="28"/>
          <w:szCs w:val="28"/>
        </w:rPr>
        <w:t>ал</w:t>
      </w:r>
      <w:proofErr w:type="spellEnd"/>
      <w:r w:rsidR="002C32F4" w:rsidRPr="002C32F4">
        <w:rPr>
          <w:rStyle w:val="Strong"/>
          <w:rFonts w:ascii="Times New Roman" w:hAnsi="Times New Roman" w:cs="Times New Roman"/>
          <w:b w:val="0"/>
          <w:sz w:val="28"/>
          <w:szCs w:val="28"/>
        </w:rPr>
        <w:t>.</w:t>
      </w:r>
      <w:proofErr w:type="gramEnd"/>
      <w:r w:rsidR="002C32F4" w:rsidRPr="002C32F4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2 </w:t>
      </w:r>
      <w:proofErr w:type="spellStart"/>
      <w:r w:rsidR="002C32F4" w:rsidRPr="002C32F4">
        <w:rPr>
          <w:rStyle w:val="Strong"/>
          <w:rFonts w:ascii="Times New Roman" w:hAnsi="Times New Roman" w:cs="Times New Roman"/>
          <w:b w:val="0"/>
          <w:sz w:val="28"/>
          <w:szCs w:val="28"/>
        </w:rPr>
        <w:t>от</w:t>
      </w:r>
      <w:proofErr w:type="spellEnd"/>
      <w:r w:rsidR="002C32F4" w:rsidRPr="002C32F4">
        <w:rPr>
          <w:rStyle w:val="Strong"/>
          <w:rFonts w:ascii="Times New Roman" w:hAnsi="Times New Roman" w:cs="Times New Roman"/>
          <w:b w:val="0"/>
          <w:sz w:val="28"/>
          <w:szCs w:val="28"/>
        </w:rPr>
        <w:t xml:space="preserve"> ЗМСМА</w:t>
      </w:r>
      <w:r w:rsidR="002C32F4" w:rsidRPr="002C32F4">
        <w:rPr>
          <w:rFonts w:ascii="Times New Roman" w:hAnsi="Times New Roman" w:cs="Times New Roman"/>
          <w:sz w:val="28"/>
          <w:szCs w:val="28"/>
        </w:rPr>
        <w:t xml:space="preserve"> </w:t>
      </w:r>
      <w:r w:rsidRPr="002C32F4">
        <w:rPr>
          <w:rFonts w:ascii="Times New Roman" w:hAnsi="Times New Roman" w:cs="Times New Roman"/>
          <w:sz w:val="28"/>
          <w:szCs w:val="28"/>
        </w:rPr>
        <w:br/>
      </w:r>
      <w:r w:rsidRPr="002C32F4">
        <w:rPr>
          <w:rFonts w:ascii="Times New Roman" w:hAnsi="Times New Roman" w:cs="Times New Roman"/>
          <w:sz w:val="28"/>
          <w:szCs w:val="28"/>
        </w:rPr>
        <w:br/>
        <w:t xml:space="preserve">С </w:t>
      </w:r>
      <w:proofErr w:type="spellStart"/>
      <w:r w:rsidRPr="002C32F4">
        <w:rPr>
          <w:rFonts w:ascii="Times New Roman" w:hAnsi="Times New Roman" w:cs="Times New Roman"/>
          <w:sz w:val="28"/>
          <w:szCs w:val="28"/>
        </w:rPr>
        <w:t>уважение</w:t>
      </w:r>
      <w:proofErr w:type="spellEnd"/>
      <w:proofErr w:type="gramStart"/>
      <w:r w:rsidRPr="002C32F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C32F4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C32F4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2C32F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C32F4">
        <w:rPr>
          <w:rFonts w:ascii="Times New Roman" w:hAnsi="Times New Roman" w:cs="Times New Roman"/>
          <w:sz w:val="28"/>
          <w:szCs w:val="28"/>
        </w:rPr>
        <w:t>Поморие</w:t>
      </w:r>
      <w:r w:rsidRPr="002C32F4">
        <w:rPr>
          <w:rFonts w:ascii="Times New Roman" w:hAnsi="Times New Roman" w:cs="Times New Roman"/>
          <w:sz w:val="28"/>
          <w:szCs w:val="28"/>
        </w:rPr>
        <w:br/>
        <w:t>22.10.2025 г.</w:t>
      </w:r>
      <w:proofErr w:type="gramEnd"/>
      <w:r w:rsidRPr="002C32F4">
        <w:rPr>
          <w:rFonts w:ascii="Times New Roman" w:hAnsi="Times New Roman" w:cs="Times New Roman"/>
          <w:sz w:val="28"/>
          <w:szCs w:val="28"/>
        </w:rPr>
        <w:br/>
      </w:r>
      <w:r w:rsidRPr="002C32F4">
        <w:rPr>
          <w:rFonts w:ascii="Times New Roman" w:hAnsi="Times New Roman" w:cs="Times New Roman"/>
          <w:sz w:val="28"/>
          <w:szCs w:val="28"/>
        </w:rPr>
        <w:br/>
        <w:t>………………………………</w:t>
      </w:r>
      <w:r w:rsidRPr="002C32F4">
        <w:rPr>
          <w:rFonts w:ascii="Times New Roman" w:hAnsi="Times New Roman" w:cs="Times New Roman"/>
          <w:sz w:val="28"/>
          <w:szCs w:val="28"/>
        </w:rPr>
        <w:br/>
        <w:t>/Милен Манолов/</w:t>
      </w:r>
      <w:r w:rsidRPr="002C32F4">
        <w:rPr>
          <w:rFonts w:ascii="Times New Roman" w:hAnsi="Times New Roman" w:cs="Times New Roman"/>
          <w:sz w:val="28"/>
          <w:szCs w:val="28"/>
        </w:rPr>
        <w:br/>
        <w:t>Общински съветник</w:t>
      </w:r>
      <w:r w:rsidRPr="002C32F4">
        <w:rPr>
          <w:rFonts w:ascii="Times New Roman" w:hAnsi="Times New Roman" w:cs="Times New Roman"/>
          <w:sz w:val="28"/>
          <w:szCs w:val="28"/>
        </w:rPr>
        <w:br/>
        <w:t>Общински съвет – Поморие</w:t>
      </w:r>
    </w:p>
    <w:sectPr w:rsidR="005F592C" w:rsidRPr="002C32F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>
    <w:useFELayout/>
  </w:compat>
  <w:rsids>
    <w:rsidRoot w:val="00B47730"/>
    <w:rsid w:val="00034616"/>
    <w:rsid w:val="0006063C"/>
    <w:rsid w:val="000D65BF"/>
    <w:rsid w:val="0015074B"/>
    <w:rsid w:val="0029639D"/>
    <w:rsid w:val="002C32F4"/>
    <w:rsid w:val="00326F90"/>
    <w:rsid w:val="003D1E00"/>
    <w:rsid w:val="005A5FB7"/>
    <w:rsid w:val="005F592C"/>
    <w:rsid w:val="00AA1D8D"/>
    <w:rsid w:val="00B47730"/>
    <w:rsid w:val="00C516D6"/>
    <w:rsid w:val="00CB0664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6B40A39-5CC6-43D9-8325-F37F42ECE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Workstation</cp:lastModifiedBy>
  <cp:revision>2</cp:revision>
  <dcterms:created xsi:type="dcterms:W3CDTF">2025-10-22T06:25:00Z</dcterms:created>
  <dcterms:modified xsi:type="dcterms:W3CDTF">2025-10-22T06:25:00Z</dcterms:modified>
</cp:coreProperties>
</file>