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508933" w14:textId="77777777" w:rsidR="002C32F4" w:rsidRPr="00792BFC" w:rsidRDefault="002C32F4" w:rsidP="002C32F4">
      <w:pPr>
        <w:spacing w:after="0"/>
        <w:ind w:left="2832"/>
        <w:rPr>
          <w:rFonts w:ascii="Times New Roman" w:hAnsi="Times New Roman" w:cs="Times New Roman"/>
          <w:b/>
          <w:sz w:val="26"/>
          <w:szCs w:val="26"/>
        </w:rPr>
      </w:pPr>
      <w:r w:rsidRPr="00792BFC">
        <w:rPr>
          <w:rFonts w:ascii="Times New Roman" w:hAnsi="Times New Roman" w:cs="Times New Roman"/>
          <w:b/>
          <w:sz w:val="26"/>
          <w:szCs w:val="26"/>
        </w:rPr>
        <w:t>ДО</w:t>
      </w:r>
    </w:p>
    <w:p w14:paraId="70AC34E7" w14:textId="77777777" w:rsidR="002C32F4" w:rsidRPr="00792BFC" w:rsidRDefault="002C32F4" w:rsidP="002C32F4">
      <w:pPr>
        <w:spacing w:after="0"/>
        <w:ind w:left="2832"/>
        <w:rPr>
          <w:rFonts w:ascii="Times New Roman" w:hAnsi="Times New Roman" w:cs="Times New Roman"/>
          <w:sz w:val="26"/>
          <w:szCs w:val="26"/>
        </w:rPr>
      </w:pPr>
      <w:r w:rsidRPr="00792BFC">
        <w:rPr>
          <w:rFonts w:ascii="Times New Roman" w:hAnsi="Times New Roman" w:cs="Times New Roman"/>
          <w:sz w:val="26"/>
          <w:szCs w:val="26"/>
        </w:rPr>
        <w:t xml:space="preserve">Г-Н ИВАН АЛЕКСИЕВ </w:t>
      </w:r>
    </w:p>
    <w:p w14:paraId="197677C8" w14:textId="77777777" w:rsidR="002C32F4" w:rsidRPr="00792BFC" w:rsidRDefault="002C32F4" w:rsidP="002C32F4">
      <w:pPr>
        <w:spacing w:after="0"/>
        <w:ind w:left="2832"/>
        <w:rPr>
          <w:rFonts w:ascii="Times New Roman" w:hAnsi="Times New Roman" w:cs="Times New Roman"/>
          <w:sz w:val="26"/>
          <w:szCs w:val="26"/>
        </w:rPr>
      </w:pPr>
      <w:r w:rsidRPr="00792BFC">
        <w:rPr>
          <w:rFonts w:ascii="Times New Roman" w:hAnsi="Times New Roman" w:cs="Times New Roman"/>
          <w:sz w:val="26"/>
          <w:szCs w:val="26"/>
        </w:rPr>
        <w:t>КМЕТ НА ОБЩИНА ПОМОРИЕ</w:t>
      </w:r>
    </w:p>
    <w:p w14:paraId="70DE02DA" w14:textId="77777777" w:rsidR="002C32F4" w:rsidRPr="00792BFC" w:rsidRDefault="002C32F4" w:rsidP="002C32F4">
      <w:pPr>
        <w:spacing w:after="0"/>
        <w:ind w:left="2832"/>
        <w:jc w:val="right"/>
        <w:rPr>
          <w:rFonts w:ascii="Times New Roman" w:hAnsi="Times New Roman" w:cs="Times New Roman"/>
          <w:sz w:val="26"/>
          <w:szCs w:val="26"/>
        </w:rPr>
      </w:pPr>
    </w:p>
    <w:p w14:paraId="1020652D" w14:textId="77777777" w:rsidR="002C32F4" w:rsidRPr="00792BFC" w:rsidRDefault="002C32F4" w:rsidP="002C32F4">
      <w:pPr>
        <w:spacing w:after="0"/>
        <w:ind w:left="2832"/>
        <w:jc w:val="right"/>
        <w:rPr>
          <w:rFonts w:ascii="Times New Roman" w:hAnsi="Times New Roman" w:cs="Times New Roman"/>
          <w:sz w:val="26"/>
          <w:szCs w:val="26"/>
        </w:rPr>
      </w:pPr>
    </w:p>
    <w:p w14:paraId="45D62C1D" w14:textId="77777777" w:rsidR="002C32F4" w:rsidRPr="00792BFC" w:rsidRDefault="002C32F4" w:rsidP="002C32F4">
      <w:pPr>
        <w:spacing w:after="0"/>
        <w:ind w:left="2832"/>
        <w:rPr>
          <w:rFonts w:ascii="Times New Roman" w:hAnsi="Times New Roman" w:cs="Times New Roman"/>
          <w:b/>
          <w:sz w:val="26"/>
          <w:szCs w:val="26"/>
        </w:rPr>
      </w:pPr>
      <w:r w:rsidRPr="00792BFC">
        <w:rPr>
          <w:rFonts w:ascii="Times New Roman" w:hAnsi="Times New Roman" w:cs="Times New Roman"/>
          <w:b/>
          <w:sz w:val="26"/>
          <w:szCs w:val="26"/>
        </w:rPr>
        <w:t>ЧРЕЗ</w:t>
      </w:r>
    </w:p>
    <w:p w14:paraId="44673A4A" w14:textId="77777777" w:rsidR="002C32F4" w:rsidRPr="00792BFC" w:rsidRDefault="002C32F4" w:rsidP="002C32F4">
      <w:pPr>
        <w:spacing w:after="0"/>
        <w:ind w:left="2832"/>
        <w:rPr>
          <w:rFonts w:ascii="Times New Roman" w:hAnsi="Times New Roman" w:cs="Times New Roman"/>
          <w:sz w:val="26"/>
          <w:szCs w:val="26"/>
        </w:rPr>
      </w:pPr>
      <w:r w:rsidRPr="00792BFC">
        <w:rPr>
          <w:rFonts w:ascii="Times New Roman" w:hAnsi="Times New Roman" w:cs="Times New Roman"/>
          <w:sz w:val="26"/>
          <w:szCs w:val="26"/>
        </w:rPr>
        <w:t xml:space="preserve">Г-Н АДАМ АДАМОВ                                                                                                                                                                      </w:t>
      </w:r>
    </w:p>
    <w:p w14:paraId="4733F5FC" w14:textId="77777777" w:rsidR="002C32F4" w:rsidRPr="00792BFC" w:rsidRDefault="002C32F4" w:rsidP="002C32F4">
      <w:pPr>
        <w:spacing w:after="0"/>
        <w:ind w:left="2832"/>
        <w:rPr>
          <w:rFonts w:ascii="Times New Roman" w:hAnsi="Times New Roman" w:cs="Times New Roman"/>
          <w:sz w:val="26"/>
          <w:szCs w:val="26"/>
        </w:rPr>
      </w:pPr>
      <w:r w:rsidRPr="00792BFC">
        <w:rPr>
          <w:rFonts w:ascii="Times New Roman" w:hAnsi="Times New Roman" w:cs="Times New Roman"/>
          <w:sz w:val="26"/>
          <w:szCs w:val="26"/>
        </w:rPr>
        <w:t>ПРЕДСЕДАТЕЛ НА ОБЩИНСКИ СЪВЕТ-ПОМОРИЕ</w:t>
      </w:r>
    </w:p>
    <w:p w14:paraId="2F709ADE" w14:textId="77777777" w:rsidR="002C32F4" w:rsidRPr="002C32F4" w:rsidRDefault="000D65BF" w:rsidP="002C32F4">
      <w:pPr>
        <w:jc w:val="center"/>
        <w:rPr>
          <w:rFonts w:ascii="Times New Roman" w:hAnsi="Times New Roman" w:cs="Times New Roman"/>
          <w:b/>
          <w:sz w:val="36"/>
          <w:szCs w:val="36"/>
          <w:lang w:val="bg-BG"/>
        </w:rPr>
      </w:pPr>
      <w:r w:rsidRPr="003D1E00">
        <w:rPr>
          <w:rFonts w:ascii="Times New Roman" w:hAnsi="Times New Roman" w:cs="Times New Roman"/>
        </w:rPr>
        <w:br/>
      </w:r>
      <w:r w:rsidRPr="003D1E00">
        <w:rPr>
          <w:rFonts w:ascii="Times New Roman" w:hAnsi="Times New Roman" w:cs="Times New Roman"/>
        </w:rPr>
        <w:br/>
      </w:r>
      <w:r w:rsidRPr="002C32F4">
        <w:rPr>
          <w:rFonts w:ascii="Times New Roman" w:hAnsi="Times New Roman" w:cs="Times New Roman"/>
          <w:b/>
          <w:sz w:val="36"/>
          <w:szCs w:val="36"/>
        </w:rPr>
        <w:t>ПИТАНЕ</w:t>
      </w:r>
    </w:p>
    <w:p w14:paraId="0DF1F3B8" w14:textId="77777777" w:rsidR="002C32F4" w:rsidRPr="002C32F4" w:rsidRDefault="002C32F4" w:rsidP="002C32F4">
      <w:pPr>
        <w:jc w:val="center"/>
        <w:rPr>
          <w:rFonts w:ascii="Times New Roman" w:hAnsi="Times New Roman" w:cs="Times New Roman"/>
          <w:sz w:val="28"/>
          <w:szCs w:val="28"/>
          <w:lang w:val="bg-BG"/>
        </w:rPr>
      </w:pPr>
      <w:r w:rsidRPr="002C32F4">
        <w:rPr>
          <w:rFonts w:ascii="Times New Roman" w:hAnsi="Times New Roman" w:cs="Times New Roman"/>
          <w:sz w:val="28"/>
          <w:szCs w:val="28"/>
        </w:rPr>
        <w:t>ОТ: Милен Манолов – общински съветник</w:t>
      </w:r>
    </w:p>
    <w:p w14:paraId="43517486" w14:textId="7CB27F7F" w:rsidR="00273882" w:rsidRPr="00273882" w:rsidRDefault="0027388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Във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връзка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постъпили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сигнали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жители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гр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Поморие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относно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липсващо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улично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осветление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по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улиците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Митрополит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E4006">
        <w:rPr>
          <w:rFonts w:ascii="Times New Roman" w:hAnsi="Times New Roman" w:cs="Times New Roman"/>
          <w:sz w:val="28"/>
          <w:szCs w:val="28"/>
        </w:rPr>
        <w:t>Климент“</w:t>
      </w:r>
      <w:proofErr w:type="gramEnd"/>
      <w:r w:rsidRPr="001E4006">
        <w:rPr>
          <w:rFonts w:ascii="Times New Roman" w:hAnsi="Times New Roman" w:cs="Times New Roman"/>
          <w:sz w:val="28"/>
          <w:szCs w:val="28"/>
        </w:rPr>
        <w:t>, „</w:t>
      </w:r>
      <w:proofErr w:type="spellStart"/>
      <w:proofErr w:type="gramStart"/>
      <w:r w:rsidRPr="001E4006">
        <w:rPr>
          <w:rFonts w:ascii="Times New Roman" w:hAnsi="Times New Roman" w:cs="Times New Roman"/>
          <w:sz w:val="28"/>
          <w:szCs w:val="28"/>
        </w:rPr>
        <w:t>Раковски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>“ и</w:t>
      </w:r>
      <w:proofErr w:type="gramEnd"/>
      <w:r w:rsidRPr="001E4006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proofErr w:type="gramStart"/>
      <w:r w:rsidRPr="001E4006">
        <w:rPr>
          <w:rFonts w:ascii="Times New Roman" w:hAnsi="Times New Roman" w:cs="Times New Roman"/>
          <w:sz w:val="28"/>
          <w:szCs w:val="28"/>
        </w:rPr>
        <w:t>Лозарска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>“</w:t>
      </w:r>
      <w:proofErr w:type="gramEnd"/>
      <w:r w:rsidRPr="001E4006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61FB4CE7" w14:textId="2280F8AB" w:rsidR="00273882" w:rsidRPr="001E4006" w:rsidRDefault="000D65BF" w:rsidP="00273882">
      <w:pPr>
        <w:spacing w:after="160" w:line="278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C32F4">
        <w:rPr>
          <w:rFonts w:ascii="Times New Roman" w:hAnsi="Times New Roman" w:cs="Times New Roman"/>
          <w:sz w:val="28"/>
          <w:szCs w:val="28"/>
        </w:rPr>
        <w:t>Уважаеми</w:t>
      </w:r>
      <w:proofErr w:type="spellEnd"/>
      <w:r w:rsidRPr="002C32F4">
        <w:rPr>
          <w:rFonts w:ascii="Times New Roman" w:hAnsi="Times New Roman" w:cs="Times New Roman"/>
          <w:sz w:val="28"/>
          <w:szCs w:val="28"/>
        </w:rPr>
        <w:t xml:space="preserve"> г-н </w:t>
      </w:r>
      <w:r w:rsidR="003D1E00" w:rsidRPr="002C32F4">
        <w:rPr>
          <w:rFonts w:ascii="Times New Roman" w:hAnsi="Times New Roman" w:cs="Times New Roman"/>
          <w:sz w:val="28"/>
          <w:szCs w:val="28"/>
          <w:lang w:val="bg-BG"/>
        </w:rPr>
        <w:t>Алексиев</w:t>
      </w:r>
      <w:r w:rsidRPr="002C32F4">
        <w:rPr>
          <w:rFonts w:ascii="Times New Roman" w:hAnsi="Times New Roman" w:cs="Times New Roman"/>
          <w:sz w:val="28"/>
          <w:szCs w:val="28"/>
        </w:rPr>
        <w:t>,</w:t>
      </w:r>
      <w:r w:rsidRPr="002C32F4">
        <w:rPr>
          <w:rFonts w:ascii="Times New Roman" w:hAnsi="Times New Roman" w:cs="Times New Roman"/>
          <w:sz w:val="28"/>
          <w:szCs w:val="28"/>
        </w:rPr>
        <w:br/>
      </w:r>
      <w:r w:rsidRPr="002C32F4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Според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гражданите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посочените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участъци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липсва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достатъчно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или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напълно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отсъства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улично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осветление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което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създава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затруднения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при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придвижване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нарушава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базовата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достъпност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градската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среда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поставя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под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риск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безопасността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пешеходци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водачи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 МПС в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тъмните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часове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денонощието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Уличното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осветление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 е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основен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елемент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техническата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инфраструктура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неговото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отсъствие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възпрепятства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нормалното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използване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публичната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общинска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собственост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влошава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качеството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живот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3882" w:rsidRPr="001E4006">
        <w:rPr>
          <w:rFonts w:ascii="Times New Roman" w:hAnsi="Times New Roman" w:cs="Times New Roman"/>
          <w:sz w:val="28"/>
          <w:szCs w:val="28"/>
        </w:rPr>
        <w:t>гражданите</w:t>
      </w:r>
      <w:proofErr w:type="spellEnd"/>
      <w:r w:rsidR="00273882" w:rsidRPr="001E4006">
        <w:rPr>
          <w:rFonts w:ascii="Times New Roman" w:hAnsi="Times New Roman" w:cs="Times New Roman"/>
          <w:sz w:val="28"/>
          <w:szCs w:val="28"/>
        </w:rPr>
        <w:t>.</w:t>
      </w:r>
    </w:p>
    <w:p w14:paraId="72DD40C6" w14:textId="50A3C229" w:rsidR="00273882" w:rsidRPr="001E4006" w:rsidRDefault="00273882" w:rsidP="00273882">
      <w:pPr>
        <w:spacing w:after="160" w:line="278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основание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чл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. 33,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ал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>. 1</w:t>
      </w:r>
      <w:r w:rsidR="00956E96">
        <w:rPr>
          <w:rFonts w:ascii="Times New Roman" w:hAnsi="Times New Roman" w:cs="Times New Roman"/>
          <w:sz w:val="28"/>
          <w:szCs w:val="28"/>
          <w:lang w:val="bg-BG"/>
        </w:rPr>
        <w:t>, т.4</w:t>
      </w:r>
      <w:r w:rsidRPr="001E400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ал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. 2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ЗМСМА, </w:t>
      </w:r>
    </w:p>
    <w:p w14:paraId="13AD8D28" w14:textId="77777777" w:rsidR="00273882" w:rsidRPr="001E4006" w:rsidRDefault="00273882" w:rsidP="00273882">
      <w:pPr>
        <w:spacing w:after="160" w:line="278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Моля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да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ми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отговорите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следните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въпроси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>:</w:t>
      </w:r>
    </w:p>
    <w:p w14:paraId="040D0277" w14:textId="77777777" w:rsidR="00273882" w:rsidRPr="001E4006" w:rsidRDefault="00273882" w:rsidP="00273882">
      <w:pPr>
        <w:numPr>
          <w:ilvl w:val="0"/>
          <w:numId w:val="10"/>
        </w:numPr>
        <w:spacing w:after="160" w:line="278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Планирано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ли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е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монтиране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улично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осветление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по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улиците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Митрополит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E4006">
        <w:rPr>
          <w:rFonts w:ascii="Times New Roman" w:hAnsi="Times New Roman" w:cs="Times New Roman"/>
          <w:sz w:val="28"/>
          <w:szCs w:val="28"/>
        </w:rPr>
        <w:t>Климент“</w:t>
      </w:r>
      <w:proofErr w:type="gramEnd"/>
      <w:r w:rsidRPr="001E4006">
        <w:rPr>
          <w:rFonts w:ascii="Times New Roman" w:hAnsi="Times New Roman" w:cs="Times New Roman"/>
          <w:sz w:val="28"/>
          <w:szCs w:val="28"/>
        </w:rPr>
        <w:t>, „</w:t>
      </w:r>
      <w:proofErr w:type="spellStart"/>
      <w:proofErr w:type="gramStart"/>
      <w:r w:rsidRPr="001E4006">
        <w:rPr>
          <w:rFonts w:ascii="Times New Roman" w:hAnsi="Times New Roman" w:cs="Times New Roman"/>
          <w:sz w:val="28"/>
          <w:szCs w:val="28"/>
        </w:rPr>
        <w:t>Раковски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>“ и</w:t>
      </w:r>
      <w:proofErr w:type="gramEnd"/>
      <w:r w:rsidRPr="001E4006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proofErr w:type="gramStart"/>
      <w:r w:rsidRPr="001E4006">
        <w:rPr>
          <w:rFonts w:ascii="Times New Roman" w:hAnsi="Times New Roman" w:cs="Times New Roman"/>
          <w:sz w:val="28"/>
          <w:szCs w:val="28"/>
        </w:rPr>
        <w:t>Лозарска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>“ в</w:t>
      </w:r>
      <w:proofErr w:type="gram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рамките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текущата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или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следваща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бюджетна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година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>?</w:t>
      </w:r>
    </w:p>
    <w:p w14:paraId="022434EC" w14:textId="77777777" w:rsidR="00273882" w:rsidRPr="001E4006" w:rsidRDefault="00273882" w:rsidP="00273882">
      <w:pPr>
        <w:numPr>
          <w:ilvl w:val="0"/>
          <w:numId w:val="10"/>
        </w:numPr>
        <w:spacing w:after="160" w:line="278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E4006">
        <w:rPr>
          <w:rFonts w:ascii="Times New Roman" w:hAnsi="Times New Roman" w:cs="Times New Roman"/>
          <w:sz w:val="28"/>
          <w:szCs w:val="28"/>
        </w:rPr>
        <w:lastRenderedPageBreak/>
        <w:t>Изготвени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ли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проекти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количествено-стойностни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сметки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(КСС) и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технически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задания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изграждане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осветление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тези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улици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>?</w:t>
      </w:r>
    </w:p>
    <w:p w14:paraId="420F0339" w14:textId="77777777" w:rsidR="00273882" w:rsidRPr="001E4006" w:rsidRDefault="00273882" w:rsidP="00273882">
      <w:pPr>
        <w:numPr>
          <w:ilvl w:val="0"/>
          <w:numId w:val="10"/>
        </w:numPr>
        <w:spacing w:after="160" w:line="278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Ако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има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изготвена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документация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кой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етап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съгласуване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или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реализация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се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намират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проектите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>?</w:t>
      </w:r>
    </w:p>
    <w:p w14:paraId="54FB721B" w14:textId="77777777" w:rsidR="00273882" w:rsidRPr="001E4006" w:rsidRDefault="00273882" w:rsidP="00273882">
      <w:pPr>
        <w:numPr>
          <w:ilvl w:val="0"/>
          <w:numId w:val="10"/>
        </w:numPr>
        <w:spacing w:after="160" w:line="278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Ангажирате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ли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се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конкретни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срокове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монтиране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улично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осветление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посочените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улици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>?</w:t>
      </w:r>
    </w:p>
    <w:p w14:paraId="4D5562D4" w14:textId="77777777" w:rsidR="00273882" w:rsidRPr="001E4006" w:rsidRDefault="00273882" w:rsidP="00273882">
      <w:pPr>
        <w:numPr>
          <w:ilvl w:val="0"/>
          <w:numId w:val="10"/>
        </w:numPr>
        <w:spacing w:after="160" w:line="278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Ако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към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момента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няма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планиране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предвиждате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ли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включване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обектите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капиталовата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програма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общината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или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плана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поддържане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техническата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инфраструктура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>?</w:t>
      </w:r>
    </w:p>
    <w:p w14:paraId="5FBD43DE" w14:textId="77777777" w:rsidR="00273882" w:rsidRPr="001E4006" w:rsidRDefault="00273882" w:rsidP="00273882">
      <w:pPr>
        <w:spacing w:after="160" w:line="278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Мотиви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>:</w:t>
      </w:r>
    </w:p>
    <w:p w14:paraId="7AE18837" w14:textId="77777777" w:rsidR="00273882" w:rsidRPr="001E4006" w:rsidRDefault="00273882" w:rsidP="00273882">
      <w:pPr>
        <w:spacing w:after="160" w:line="278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1E4006">
        <w:rPr>
          <w:rFonts w:ascii="Times New Roman" w:hAnsi="Times New Roman" w:cs="Times New Roman"/>
          <w:sz w:val="28"/>
          <w:szCs w:val="28"/>
        </w:rPr>
        <w:t>Уличното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осветление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е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ключова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част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базовата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инфраструктура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осигуряваща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безопасно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придвижване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нормално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функциониране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градската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среда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равен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достъп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до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публичното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пространство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Липсата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създава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предпоставки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пътнотранспортни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произшествия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затруднява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придвижването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възрастни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хора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ученици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граждани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намалена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подвижност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влошава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усещането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сигурност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Като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общински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съветник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считам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необходимо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да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бъде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осигурена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прозрачност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относно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предприетите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или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предстоящи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действия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изграждане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улично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осветление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посочените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006">
        <w:rPr>
          <w:rFonts w:ascii="Times New Roman" w:hAnsi="Times New Roman" w:cs="Times New Roman"/>
          <w:sz w:val="28"/>
          <w:szCs w:val="28"/>
        </w:rPr>
        <w:t>участъци</w:t>
      </w:r>
      <w:proofErr w:type="spellEnd"/>
      <w:r w:rsidRPr="001E4006">
        <w:rPr>
          <w:rFonts w:ascii="Times New Roman" w:hAnsi="Times New Roman" w:cs="Times New Roman"/>
          <w:sz w:val="28"/>
          <w:szCs w:val="28"/>
        </w:rPr>
        <w:t>.</w:t>
      </w:r>
    </w:p>
    <w:p w14:paraId="53B3F201" w14:textId="712E1E3C" w:rsidR="005F592C" w:rsidRPr="002C32F4" w:rsidRDefault="000D65BF">
      <w:pPr>
        <w:rPr>
          <w:rFonts w:ascii="Times New Roman" w:hAnsi="Times New Roman" w:cs="Times New Roman"/>
          <w:sz w:val="28"/>
          <w:szCs w:val="28"/>
        </w:rPr>
      </w:pPr>
      <w:r w:rsidRPr="002C32F4">
        <w:rPr>
          <w:rFonts w:ascii="Times New Roman" w:hAnsi="Times New Roman" w:cs="Times New Roman"/>
          <w:sz w:val="28"/>
          <w:szCs w:val="28"/>
        </w:rPr>
        <w:br/>
      </w:r>
      <w:r w:rsidR="002C32F4" w:rsidRPr="002C32F4">
        <w:rPr>
          <w:rFonts w:ascii="Times New Roman" w:hAnsi="Times New Roman" w:cs="Times New Roman"/>
          <w:sz w:val="28"/>
          <w:szCs w:val="28"/>
        </w:rPr>
        <w:t xml:space="preserve">Моля, отговорът да бъде предоставен писмено, </w:t>
      </w:r>
      <w:r w:rsidR="002C32F4" w:rsidRPr="002C32F4">
        <w:rPr>
          <w:rStyle w:val="Strong"/>
          <w:rFonts w:ascii="Times New Roman" w:hAnsi="Times New Roman" w:cs="Times New Roman"/>
          <w:b w:val="0"/>
          <w:sz w:val="28"/>
          <w:szCs w:val="28"/>
        </w:rPr>
        <w:t>съгласно чл. 33, ал. 2 от ЗМСМА</w:t>
      </w:r>
      <w:r w:rsidR="002C32F4" w:rsidRPr="002C32F4">
        <w:rPr>
          <w:rFonts w:ascii="Times New Roman" w:hAnsi="Times New Roman" w:cs="Times New Roman"/>
          <w:sz w:val="28"/>
          <w:szCs w:val="28"/>
        </w:rPr>
        <w:t xml:space="preserve"> </w:t>
      </w:r>
      <w:r w:rsidRPr="002C32F4">
        <w:rPr>
          <w:rFonts w:ascii="Times New Roman" w:hAnsi="Times New Roman" w:cs="Times New Roman"/>
          <w:sz w:val="28"/>
          <w:szCs w:val="28"/>
        </w:rPr>
        <w:br/>
      </w:r>
      <w:r w:rsidRPr="002C32F4">
        <w:rPr>
          <w:rFonts w:ascii="Times New Roman" w:hAnsi="Times New Roman" w:cs="Times New Roman"/>
          <w:sz w:val="28"/>
          <w:szCs w:val="28"/>
        </w:rPr>
        <w:br/>
        <w:t>С уважение,</w:t>
      </w:r>
      <w:r w:rsidRPr="002C32F4">
        <w:rPr>
          <w:rFonts w:ascii="Times New Roman" w:hAnsi="Times New Roman" w:cs="Times New Roman"/>
          <w:sz w:val="28"/>
          <w:szCs w:val="28"/>
        </w:rPr>
        <w:br/>
        <w:t xml:space="preserve">гр. </w:t>
      </w:r>
      <w:proofErr w:type="spellStart"/>
      <w:r w:rsidRPr="002C32F4">
        <w:rPr>
          <w:rFonts w:ascii="Times New Roman" w:hAnsi="Times New Roman" w:cs="Times New Roman"/>
          <w:sz w:val="28"/>
          <w:szCs w:val="28"/>
        </w:rPr>
        <w:t>Поморие</w:t>
      </w:r>
      <w:proofErr w:type="spellEnd"/>
      <w:r w:rsidRPr="002C32F4">
        <w:rPr>
          <w:rFonts w:ascii="Times New Roman" w:hAnsi="Times New Roman" w:cs="Times New Roman"/>
          <w:sz w:val="28"/>
          <w:szCs w:val="28"/>
        </w:rPr>
        <w:br/>
      </w:r>
      <w:r w:rsidR="00CD343D">
        <w:rPr>
          <w:rFonts w:ascii="Times New Roman" w:hAnsi="Times New Roman" w:cs="Times New Roman"/>
          <w:sz w:val="28"/>
          <w:szCs w:val="28"/>
          <w:lang w:val="bg-BG"/>
        </w:rPr>
        <w:t>05.12</w:t>
      </w:r>
      <w:r w:rsidRPr="002C32F4">
        <w:rPr>
          <w:rFonts w:ascii="Times New Roman" w:hAnsi="Times New Roman" w:cs="Times New Roman"/>
          <w:sz w:val="28"/>
          <w:szCs w:val="28"/>
        </w:rPr>
        <w:t>.2025 г.</w:t>
      </w:r>
      <w:r w:rsidRPr="002C32F4">
        <w:rPr>
          <w:rFonts w:ascii="Times New Roman" w:hAnsi="Times New Roman" w:cs="Times New Roman"/>
          <w:sz w:val="28"/>
          <w:szCs w:val="28"/>
        </w:rPr>
        <w:br/>
      </w:r>
      <w:r w:rsidRPr="002C32F4">
        <w:rPr>
          <w:rFonts w:ascii="Times New Roman" w:hAnsi="Times New Roman" w:cs="Times New Roman"/>
          <w:sz w:val="28"/>
          <w:szCs w:val="28"/>
        </w:rPr>
        <w:br/>
        <w:t>………………………………</w:t>
      </w:r>
      <w:r w:rsidRPr="002C32F4">
        <w:rPr>
          <w:rFonts w:ascii="Times New Roman" w:hAnsi="Times New Roman" w:cs="Times New Roman"/>
          <w:sz w:val="28"/>
          <w:szCs w:val="28"/>
        </w:rPr>
        <w:br/>
        <w:t>/Милен Манолов/</w:t>
      </w:r>
      <w:r w:rsidRPr="002C32F4">
        <w:rPr>
          <w:rFonts w:ascii="Times New Roman" w:hAnsi="Times New Roman" w:cs="Times New Roman"/>
          <w:sz w:val="28"/>
          <w:szCs w:val="28"/>
        </w:rPr>
        <w:br/>
        <w:t>Общински съветник</w:t>
      </w:r>
      <w:r w:rsidRPr="002C32F4">
        <w:rPr>
          <w:rFonts w:ascii="Times New Roman" w:hAnsi="Times New Roman" w:cs="Times New Roman"/>
          <w:sz w:val="28"/>
          <w:szCs w:val="28"/>
        </w:rPr>
        <w:br/>
        <w:t>Общински съвет – Поморие</w:t>
      </w:r>
    </w:p>
    <w:sectPr w:rsidR="005F592C" w:rsidRPr="002C32F4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53E76D6"/>
    <w:multiLevelType w:val="multilevel"/>
    <w:tmpl w:val="666466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6368070">
    <w:abstractNumId w:val="8"/>
  </w:num>
  <w:num w:numId="2" w16cid:durableId="248581650">
    <w:abstractNumId w:val="6"/>
  </w:num>
  <w:num w:numId="3" w16cid:durableId="19430003">
    <w:abstractNumId w:val="5"/>
  </w:num>
  <w:num w:numId="4" w16cid:durableId="1956406193">
    <w:abstractNumId w:val="4"/>
  </w:num>
  <w:num w:numId="5" w16cid:durableId="753094457">
    <w:abstractNumId w:val="7"/>
  </w:num>
  <w:num w:numId="6" w16cid:durableId="1442803073">
    <w:abstractNumId w:val="3"/>
  </w:num>
  <w:num w:numId="7" w16cid:durableId="2124691962">
    <w:abstractNumId w:val="2"/>
  </w:num>
  <w:num w:numId="8" w16cid:durableId="185759110">
    <w:abstractNumId w:val="1"/>
  </w:num>
  <w:num w:numId="9" w16cid:durableId="148985350">
    <w:abstractNumId w:val="0"/>
  </w:num>
  <w:num w:numId="10" w16cid:durableId="134848217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7730"/>
    <w:rsid w:val="00034616"/>
    <w:rsid w:val="0006063C"/>
    <w:rsid w:val="000D65BF"/>
    <w:rsid w:val="0015074B"/>
    <w:rsid w:val="00273882"/>
    <w:rsid w:val="0029639D"/>
    <w:rsid w:val="002C32F4"/>
    <w:rsid w:val="00326F90"/>
    <w:rsid w:val="003D1E00"/>
    <w:rsid w:val="005A5FB7"/>
    <w:rsid w:val="005F592C"/>
    <w:rsid w:val="006148CA"/>
    <w:rsid w:val="00956E96"/>
    <w:rsid w:val="00AA1D8D"/>
    <w:rsid w:val="00B47730"/>
    <w:rsid w:val="00BB19B6"/>
    <w:rsid w:val="00C516D6"/>
    <w:rsid w:val="00CB0664"/>
    <w:rsid w:val="00CD343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ACF94B"/>
  <w15:docId w15:val="{C832C976-4EB6-4C24-B1CD-F9EFF3707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6B40A39-5CC6-43D9-8325-F37F42ECE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User</cp:lastModifiedBy>
  <cp:revision>4</cp:revision>
  <dcterms:created xsi:type="dcterms:W3CDTF">2025-12-05T11:39:00Z</dcterms:created>
  <dcterms:modified xsi:type="dcterms:W3CDTF">2025-12-05T11:53:00Z</dcterms:modified>
</cp:coreProperties>
</file>